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Sales Team Ranking</w:t>
      </w:r>
    </w:p>
    <w:p>
      <w:r>
        <w:rPr>
          <w:i/>
        </w:rPr>
        <w:t>Last 180 days · 24 planners ranked by selling ability · generated 2026-05-27 11:52</w:t>
      </w:r>
    </w:p>
    <w:p>
      <w:r>
        <w:t>Planners are ranked 1 (strongest salesperson) to 24 based on a composite score (conversion 40%, customer sentiment 25%, improving-call-trajectory 20%, selling-vs-service mix 15%), adjusted by a qualitative review of each planner's actual recent call transcripts. Conversion is a transcript-derived signal, not a confirmed booking count.</w:t>
      </w:r>
    </w:p>
    <w:p>
      <w:pPr>
        <w:pStyle w:val="Heading1"/>
      </w:pPr>
      <w:r>
        <w:t>The Ranking</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w:t>
            </w:r>
          </w:p>
        </w:tc>
        <w:tc>
          <w:tcPr>
            <w:tcW w:type="dxa" w:w="2160"/>
          </w:tcPr>
          <w:p>
            <w:r>
              <w:rPr>
                <w:b/>
              </w:rPr>
              <w:t>Planner</w:t>
            </w:r>
          </w:p>
        </w:tc>
        <w:tc>
          <w:tcPr>
            <w:tcW w:type="dxa" w:w="2160"/>
          </w:tcPr>
          <w:p>
            <w:r>
              <w:rPr>
                <w:b/>
              </w:rPr>
              <w:t>Score</w:t>
            </w:r>
          </w:p>
        </w:tc>
        <w:tc>
          <w:tcPr>
            <w:tcW w:type="dxa" w:w="2160"/>
          </w:tcPr>
          <w:p>
            <w:r>
              <w:rPr>
                <w:b/>
              </w:rPr>
              <w:t>Why</w:t>
            </w:r>
          </w:p>
        </w:tc>
      </w:tr>
      <w:tr>
        <w:tc>
          <w:tcPr>
            <w:tcW w:type="dxa" w:w="2160"/>
          </w:tcPr>
          <w:p>
            <w:r>
              <w:t>1</w:t>
            </w:r>
          </w:p>
        </w:tc>
        <w:tc>
          <w:tcPr>
            <w:tcW w:type="dxa" w:w="2160"/>
          </w:tcPr>
          <w:p>
            <w:r>
              <w:t>Annette C De Baca</w:t>
            </w:r>
          </w:p>
        </w:tc>
        <w:tc>
          <w:tcPr>
            <w:tcW w:type="dxa" w:w="2160"/>
          </w:tcPr>
          <w:p>
            <w:r>
              <w:t>53.0</w:t>
            </w:r>
          </w:p>
        </w:tc>
        <w:tc>
          <w:tcPr>
            <w:tcW w:type="dxa" w:w="2160"/>
          </w:tcPr>
          <w:p>
            <w:r>
              <w:t>Highest composite score (53.0) with team-leading conversion proxy (0.605) and sentiment (0.58). Even in retirement wind-down mode, her warmth with repeat clients and ability to close warm demand efficiently is unmatched. Edges out Lauren R because of stronger raw conversion and sentiment numbers.</w:t>
            </w:r>
          </w:p>
        </w:tc>
      </w:tr>
      <w:tr>
        <w:tc>
          <w:tcPr>
            <w:tcW w:type="dxa" w:w="2160"/>
          </w:tcPr>
          <w:p>
            <w:r>
              <w:t>2</w:t>
            </w:r>
          </w:p>
        </w:tc>
        <w:tc>
          <w:tcPr>
            <w:tcW w:type="dxa" w:w="2160"/>
          </w:tcPr>
          <w:p>
            <w:r>
              <w:t>Lauren Riesenberger</w:t>
            </w:r>
          </w:p>
        </w:tc>
        <w:tc>
          <w:tcPr>
            <w:tcW w:type="dxa" w:w="2160"/>
          </w:tcPr>
          <w:p>
            <w:r>
              <w:t>52.4</w:t>
            </w:r>
          </w:p>
        </w:tc>
        <w:tc>
          <w:tcPr>
            <w:tcW w:type="dxa" w:w="2160"/>
          </w:tcPr>
          <w:p>
            <w:r>
              <w:t>Strong 0.598 conversion and 0.56 sentiment indicate clients deeply trust her and repeat. Shows real product knowledge (Viking cabin tiering explanation) that Annette lacks crispness on. Ranks below Annette only because she rarely creates urgency or upsells, and below Fia because Fia shows stronger consultative authority.</w:t>
            </w:r>
          </w:p>
        </w:tc>
      </w:tr>
      <w:tr>
        <w:tc>
          <w:tcPr>
            <w:tcW w:type="dxa" w:w="2160"/>
          </w:tcPr>
          <w:p>
            <w:r>
              <w:t>3</w:t>
            </w:r>
          </w:p>
        </w:tc>
        <w:tc>
          <w:tcPr>
            <w:tcW w:type="dxa" w:w="2160"/>
          </w:tcPr>
          <w:p>
            <w:r>
              <w:t>Fia Bauer</w:t>
            </w:r>
          </w:p>
        </w:tc>
        <w:tc>
          <w:tcPr>
            <w:tcW w:type="dxa" w:w="2160"/>
          </w:tcPr>
          <w:p>
            <w:r>
              <w:t>50.5</w:t>
            </w:r>
          </w:p>
        </w:tc>
        <w:tc>
          <w:tcPr>
            <w:tcW w:type="dxa" w:w="2160"/>
          </w:tcPr>
          <w:p>
            <w:r>
              <w:t>Best consultative product authority on the team — her direct comparisons (MSC vs Silversea/Seabourn) visibly move customers. High sentiment (0.57) and solid conversion (0.563) back this up. Ranks below Lauren R on raw conversion but above Tracey/Dianne because her selling language is more authoritative and value-framed.</w:t>
            </w:r>
          </w:p>
        </w:tc>
      </w:tr>
      <w:tr>
        <w:tc>
          <w:tcPr>
            <w:tcW w:type="dxa" w:w="2160"/>
          </w:tcPr>
          <w:p>
            <w:r>
              <w:t>4</w:t>
            </w:r>
          </w:p>
        </w:tc>
        <w:tc>
          <w:tcPr>
            <w:tcW w:type="dxa" w:w="2160"/>
          </w:tcPr>
          <w:p>
            <w:r>
              <w:t>Tracey Radler</w:t>
            </w:r>
          </w:p>
        </w:tc>
        <w:tc>
          <w:tcPr>
            <w:tcW w:type="dxa" w:w="2160"/>
          </w:tcPr>
          <w:p>
            <w:r>
              <w:t>50.4</w:t>
            </w:r>
          </w:p>
        </w:tc>
        <w:tc>
          <w:tcPr>
            <w:tcW w:type="dxa" w:w="2160"/>
          </w:tcPr>
          <w:p>
            <w:r>
              <w:t>Solid 0.567 conversion and 0.54 sentiment with demonstrated urgency plays (the promo-ending close). Strong rapport with repeat clients but fragments at decision points and hands control back. Ranks just above Dianne because her urgency framing is more deliberate, below Fia because she lacks Fia's product authority.</w:t>
            </w:r>
          </w:p>
        </w:tc>
      </w:tr>
      <w:tr>
        <w:tc>
          <w:tcPr>
            <w:tcW w:type="dxa" w:w="2160"/>
          </w:tcPr>
          <w:p>
            <w:r>
              <w:t>5</w:t>
            </w:r>
          </w:p>
        </w:tc>
        <w:tc>
          <w:tcPr>
            <w:tcW w:type="dxa" w:w="2160"/>
          </w:tcPr>
          <w:p>
            <w:r>
              <w:t>Dianne Kincaid</w:t>
            </w:r>
          </w:p>
        </w:tc>
        <w:tc>
          <w:tcPr>
            <w:tcW w:type="dxa" w:w="2160"/>
          </w:tcPr>
          <w:p>
            <w:r>
              <w:t>50.4</w:t>
            </w:r>
          </w:p>
        </w:tc>
        <w:tc>
          <w:tcPr>
            <w:tcW w:type="dxa" w:w="2160"/>
          </w:tcPr>
          <w:p>
            <w:r>
              <w:t>Tied composite with Tracey but with stronger sentiment (0.56) and slightly weaker conversion (0.562). Genuinely consultative on cabin specifics (Regent door/creak detail) — real expertise that builds trust. Ranks below Tracey because she rarely drives toward commitment and her value pitch gets buried in rambling.</w:t>
            </w:r>
          </w:p>
        </w:tc>
      </w:tr>
      <w:tr>
        <w:tc>
          <w:tcPr>
            <w:tcW w:type="dxa" w:w="2160"/>
          </w:tcPr>
          <w:p>
            <w:r>
              <w:t>6</w:t>
            </w:r>
          </w:p>
        </w:tc>
        <w:tc>
          <w:tcPr>
            <w:tcW w:type="dxa" w:w="2160"/>
          </w:tcPr>
          <w:p>
            <w:r>
              <w:t>Rose Morrissey</w:t>
            </w:r>
          </w:p>
        </w:tc>
        <w:tc>
          <w:tcPr>
            <w:tcW w:type="dxa" w:w="2160"/>
          </w:tcPr>
          <w:p>
            <w:r>
              <w:t>50.2</w:t>
            </w:r>
          </w:p>
        </w:tc>
        <w:tc>
          <w:tcPr>
            <w:tcW w:type="dxa" w:w="2160"/>
          </w:tcPr>
          <w:p>
            <w:r>
              <w:t>Highest conversion proxy on this tier (0.58) across enormous volume (2,747 calls), proving she works a warm book effectively. However, transcripts show disorganized, apologetic delivery and zero discovery — pure booking processor. Volume-adjusted she's a top performer, but selling behavior is thin so she sits below Dianne who shows real consultative skill.</w:t>
            </w:r>
          </w:p>
        </w:tc>
      </w:tr>
      <w:tr>
        <w:tc>
          <w:tcPr>
            <w:tcW w:type="dxa" w:w="2160"/>
          </w:tcPr>
          <w:p>
            <w:r>
              <w:t>7</w:t>
            </w:r>
          </w:p>
        </w:tc>
        <w:tc>
          <w:tcPr>
            <w:tcW w:type="dxa" w:w="2160"/>
          </w:tcPr>
          <w:p>
            <w:r>
              <w:t>Mandy Mac Mullin</w:t>
            </w:r>
          </w:p>
        </w:tc>
        <w:tc>
          <w:tcPr>
            <w:tcW w:type="dxa" w:w="2160"/>
          </w:tcPr>
          <w:p>
            <w:r>
              <w:t>49.2</w:t>
            </w:r>
          </w:p>
        </w:tc>
        <w:tc>
          <w:tcPr>
            <w:tcW w:type="dxa" w:w="2160"/>
          </w:tcPr>
          <w:p>
            <w:r>
              <w:t>Strong 0.551 conversion and 0.51 sentiment with confident, validating language that handles high-value repeat clients well. Ranks below Rose because of lower conversion, above Taylor because her account management on high-ticket bookings is more polished even if discovery is absent.</w:t>
            </w:r>
          </w:p>
        </w:tc>
      </w:tr>
      <w:tr>
        <w:tc>
          <w:tcPr>
            <w:tcW w:type="dxa" w:w="2160"/>
          </w:tcPr>
          <w:p>
            <w:r>
              <w:t>8</w:t>
            </w:r>
          </w:p>
        </w:tc>
        <w:tc>
          <w:tcPr>
            <w:tcW w:type="dxa" w:w="2160"/>
          </w:tcPr>
          <w:p>
            <w:r>
              <w:t>Taylor Bazzoni</w:t>
            </w:r>
          </w:p>
        </w:tc>
        <w:tc>
          <w:tcPr>
            <w:tcW w:type="dxa" w:w="2160"/>
          </w:tcPr>
          <w:p>
            <w:r>
              <w:t>49.3</w:t>
            </w:r>
          </w:p>
        </w:tc>
        <w:tc>
          <w:tcPr>
            <w:tcW w:type="dxa" w:w="2160"/>
          </w:tcPr>
          <w:p>
            <w:r>
              <w:t>Slightly higher composite than Mandy but ranks just below due to a documented habit of deferring closes to 'tomorrow' or 'Friday' instead of asking when buyers are ready. Her first-person product endorsements and scarcity framing (Tauck solo spot) are real selling assets that lift her above Donna.</w:t>
            </w:r>
          </w:p>
        </w:tc>
      </w:tr>
      <w:tr>
        <w:tc>
          <w:tcPr>
            <w:tcW w:type="dxa" w:w="2160"/>
          </w:tcPr>
          <w:p>
            <w:r>
              <w:t>9</w:t>
            </w:r>
          </w:p>
        </w:tc>
        <w:tc>
          <w:tcPr>
            <w:tcW w:type="dxa" w:w="2160"/>
          </w:tcPr>
          <w:p>
            <w:r>
              <w:t>Donna Fontenot</w:t>
            </w:r>
          </w:p>
        </w:tc>
        <w:tc>
          <w:tcPr>
            <w:tcW w:type="dxa" w:w="2160"/>
          </w:tcPr>
          <w:p>
            <w:r>
              <w:t>48.6</w:t>
            </w:r>
          </w:p>
        </w:tc>
        <w:tc>
          <w:tcPr>
            <w:tcW w:type="dxa" w:w="2160"/>
          </w:tcPr>
          <w:p>
            <w:r>
              <w:t>Solid 0.545 conversion driven by warm referrals and one demonstrated high-ticket close ($110K Regent deposit). However, she lets buyers walk to 'talk to my husband' without securing next steps and surrenders quickly on pricing — softer close discipline than Taylor. Ranks above Pam because she at least shepherds high-ticket deals competently.</w:t>
            </w:r>
          </w:p>
        </w:tc>
      </w:tr>
      <w:tr>
        <w:tc>
          <w:tcPr>
            <w:tcW w:type="dxa" w:w="2160"/>
          </w:tcPr>
          <w:p>
            <w:r>
              <w:t>10</w:t>
            </w:r>
          </w:p>
        </w:tc>
        <w:tc>
          <w:tcPr>
            <w:tcW w:type="dxa" w:w="2160"/>
          </w:tcPr>
          <w:p>
            <w:r>
              <w:t>Pam Chavez</w:t>
            </w:r>
          </w:p>
        </w:tc>
        <w:tc>
          <w:tcPr>
            <w:tcW w:type="dxa" w:w="2160"/>
          </w:tcPr>
          <w:p>
            <w:r>
              <w:t>48.5</w:t>
            </w:r>
          </w:p>
        </w:tc>
        <w:tc>
          <w:tcPr>
            <w:tcW w:type="dxa" w:w="2160"/>
          </w:tcPr>
          <w:p>
            <w:r>
              <w:t>Decent 0.548 conversion across high volume but transcripts show pure service/fulfillment — zero discovery, scattered delivery, fumbled high-dollar price recaps. Ranks below Donna because Donna at least demonstrates one clean high-ticket close, above Stephanie because Pam's volume and conversion are materially higher.</w:t>
            </w:r>
          </w:p>
        </w:tc>
      </w:tr>
      <w:tr>
        <w:tc>
          <w:tcPr>
            <w:tcW w:type="dxa" w:w="2160"/>
          </w:tcPr>
          <w:p>
            <w:r>
              <w:t>11</w:t>
            </w:r>
          </w:p>
        </w:tc>
        <w:tc>
          <w:tcPr>
            <w:tcW w:type="dxa" w:w="2160"/>
          </w:tcPr>
          <w:p>
            <w:r>
              <w:t>Stephanie Potter</w:t>
            </w:r>
          </w:p>
        </w:tc>
        <w:tc>
          <w:tcPr>
            <w:tcW w:type="dxa" w:w="2160"/>
          </w:tcPr>
          <w:p>
            <w:r>
              <w:t>48.5</w:t>
            </w:r>
          </w:p>
        </w:tc>
        <w:tc>
          <w:tcPr>
            <w:tcW w:type="dxa" w:w="2160"/>
          </w:tcPr>
          <w:p>
            <w:r>
              <w:t>Strong sentiment (0.54) and demonstrated textbook urgency framing ('cruise on hold on the other line') that actually worked. Small sample (352 calls) and transcripts skew heavily to service recovery, not net-new selling. Ranks below Pam due to volume disadvantage, above Victoria because of more demonstrably deliberate close mechanics.</w:t>
            </w:r>
          </w:p>
        </w:tc>
      </w:tr>
      <w:tr>
        <w:tc>
          <w:tcPr>
            <w:tcW w:type="dxa" w:w="2160"/>
          </w:tcPr>
          <w:p>
            <w:r>
              <w:t>12</w:t>
            </w:r>
          </w:p>
        </w:tc>
        <w:tc>
          <w:tcPr>
            <w:tcW w:type="dxa" w:w="2160"/>
          </w:tcPr>
          <w:p>
            <w:r>
              <w:t>Victoria Hill</w:t>
            </w:r>
          </w:p>
        </w:tc>
        <w:tc>
          <w:tcPr>
            <w:tcW w:type="dxa" w:w="2160"/>
          </w:tcPr>
          <w:p>
            <w:r>
              <w:t>48.3</w:t>
            </w:r>
          </w:p>
        </w:tc>
        <w:tc>
          <w:tcPr>
            <w:tcW w:type="dxa" w:w="2160"/>
          </w:tcPr>
          <w:p>
            <w:r>
              <w:t>Polished, consistent opener and strong sentiment (0.53) with above-average conversion (0.53). Pure order-taker behavior — rarely creates urgency or presents options. Sits below Stephanie because Stephanie shows more deliberate close technique, above Susan because Victoria's professionalism and consistency are more developed.</w:t>
            </w:r>
          </w:p>
        </w:tc>
      </w:tr>
      <w:tr>
        <w:tc>
          <w:tcPr>
            <w:tcW w:type="dxa" w:w="2160"/>
          </w:tcPr>
          <w:p>
            <w:r>
              <w:t>13</w:t>
            </w:r>
          </w:p>
        </w:tc>
        <w:tc>
          <w:tcPr>
            <w:tcW w:type="dxa" w:w="2160"/>
          </w:tcPr>
          <w:p>
            <w:r>
              <w:t>Susan Bender</w:t>
            </w:r>
          </w:p>
        </w:tc>
        <w:tc>
          <w:tcPr>
            <w:tcW w:type="dxa" w:w="2160"/>
          </w:tcPr>
          <w:p>
            <w:r>
              <w:t>48.0</w:t>
            </w:r>
          </w:p>
        </w:tc>
        <w:tc>
          <w:tcPr>
            <w:tcW w:type="dxa" w:w="2160"/>
          </w:tcPr>
          <w:p>
            <w:r>
              <w:t>Above-average 0.527 conversion and clear rebate pitch ('ten percent of commission... nice chunk of money') when on track. Undermines herself by venting workload to prospects and rarely asks for the sale. Ranks below Victoria due to less polish, above Shari because she at least has a repeatable value pitch.</w:t>
            </w:r>
          </w:p>
        </w:tc>
      </w:tr>
      <w:tr>
        <w:tc>
          <w:tcPr>
            <w:tcW w:type="dxa" w:w="2160"/>
          </w:tcPr>
          <w:p>
            <w:r>
              <w:t>14</w:t>
            </w:r>
          </w:p>
        </w:tc>
        <w:tc>
          <w:tcPr>
            <w:tcW w:type="dxa" w:w="2160"/>
          </w:tcPr>
          <w:p>
            <w:r>
              <w:t>Shari Bazzoni</w:t>
            </w:r>
          </w:p>
        </w:tc>
        <w:tc>
          <w:tcPr>
            <w:tcW w:type="dxa" w:w="2160"/>
          </w:tcPr>
          <w:p>
            <w:r>
              <w:t>47.9</w:t>
            </w:r>
          </w:p>
        </w:tc>
        <w:tc>
          <w:tcPr>
            <w:tcW w:type="dxa" w:w="2160"/>
          </w:tcPr>
          <w:p>
            <w:r>
              <w:t>Disciplined verbatim referral/loyalty ask on nearly every call is good habit but feels scripted, and she narrates internal process to customers. 0.526 conversion is solid on lower volume (997 calls). Ranks below Susan because Susan has a more substantive value pitch, above Melissa because Shari doesn't undermine authority with workload complaints.</w:t>
            </w:r>
          </w:p>
        </w:tc>
      </w:tr>
      <w:tr>
        <w:tc>
          <w:tcPr>
            <w:tcW w:type="dxa" w:w="2160"/>
          </w:tcPr>
          <w:p>
            <w:r>
              <w:t>15</w:t>
            </w:r>
          </w:p>
        </w:tc>
        <w:tc>
          <w:tcPr>
            <w:tcW w:type="dxa" w:w="2160"/>
          </w:tcPr>
          <w:p>
            <w:r>
              <w:t>Melissa Pool</w:t>
            </w:r>
          </w:p>
        </w:tc>
        <w:tc>
          <w:tcPr>
            <w:tcW w:type="dxa" w:w="2160"/>
          </w:tcPr>
          <w:p>
            <w:r>
              <w:t>46.5</w:t>
            </w:r>
          </w:p>
        </w:tc>
        <w:tc>
          <w:tcPr>
            <w:tcW w:type="dxa" w:w="2160"/>
          </w:tcPr>
          <w:p>
            <w:r>
              <w:t>0.52 conversion is decent but sentiment (0.43) is notably weaker than peers, and transcripts show repeated authority-eroding admissions ('I'm just so slammed,' 'too many things open') to ready-to-book customers. Ranks below Shari due to weaker sentiment and self-sabotaging language, above Lee because Melissa at least shows warmth that retains clients.</w:t>
            </w:r>
          </w:p>
        </w:tc>
      </w:tr>
      <w:tr>
        <w:tc>
          <w:tcPr>
            <w:tcW w:type="dxa" w:w="2160"/>
          </w:tcPr>
          <w:p>
            <w:r>
              <w:t>16</w:t>
            </w:r>
          </w:p>
        </w:tc>
        <w:tc>
          <w:tcPr>
            <w:tcW w:type="dxa" w:w="2160"/>
          </w:tcPr>
          <w:p>
            <w:r>
              <w:t>Lee Alvarez</w:t>
            </w:r>
          </w:p>
        </w:tc>
        <w:tc>
          <w:tcPr>
            <w:tcW w:type="dxa" w:w="2160"/>
          </w:tcPr>
          <w:p>
            <w:r>
              <w:t>45.7</w:t>
            </w:r>
          </w:p>
        </w:tc>
        <w:tc>
          <w:tcPr>
            <w:tcW w:type="dxa" w:w="2160"/>
          </w:tcPr>
          <w:p>
            <w:r>
              <w:t>0.492 conversion and warm tone that retains trust, with one strong handoff save (Betsy/Lauren). Heavily operational language, fumbles product details ('salt free sugar free low cause left draw'), no upsell instinct. Ranks below Melissa on composite but close, above Hillary because Lee at least executes payment closes cleanly.</w:t>
            </w:r>
          </w:p>
        </w:tc>
      </w:tr>
      <w:tr>
        <w:tc>
          <w:tcPr>
            <w:tcW w:type="dxa" w:w="2160"/>
          </w:tcPr>
          <w:p>
            <w:r>
              <w:t>17</w:t>
            </w:r>
          </w:p>
        </w:tc>
        <w:tc>
          <w:tcPr>
            <w:tcW w:type="dxa" w:w="2160"/>
          </w:tcPr>
          <w:p>
            <w:r>
              <w:t>Hillary Cruz</w:t>
            </w:r>
          </w:p>
        </w:tc>
        <w:tc>
          <w:tcPr>
            <w:tcW w:type="dxa" w:w="2160"/>
          </w:tcPr>
          <w:p>
            <w:r>
              <w:t>45.5</w:t>
            </w:r>
          </w:p>
        </w:tc>
        <w:tc>
          <w:tcPr>
            <w:tcW w:type="dxa" w:w="2160"/>
          </w:tcPr>
          <w:p>
            <w:r>
              <w:t>Strong relationship retention (Leslie repeatedly calls direct) but 0.486 conversion and muddled number delivery on a $26K decision is a real liability. Ranks below Lee because Lee's transactional execution is cleaner, above Rachael because Hillary at least handles complex supplier escalations competently.</w:t>
            </w:r>
          </w:p>
        </w:tc>
      </w:tr>
      <w:tr>
        <w:tc>
          <w:tcPr>
            <w:tcW w:type="dxa" w:w="2160"/>
          </w:tcPr>
          <w:p>
            <w:r>
              <w:t>18</w:t>
            </w:r>
          </w:p>
        </w:tc>
        <w:tc>
          <w:tcPr>
            <w:tcW w:type="dxa" w:w="2160"/>
          </w:tcPr>
          <w:p>
            <w:r>
              <w:t>Rachael Taylor</w:t>
            </w:r>
          </w:p>
        </w:tc>
        <w:tc>
          <w:tcPr>
            <w:tcW w:type="dxa" w:w="2160"/>
          </w:tcPr>
          <w:p>
            <w:r>
              <w:t>44.6</w:t>
            </w:r>
          </w:p>
        </w:tc>
        <w:tc>
          <w:tcPr>
            <w:tcW w:type="dxa" w:w="2160"/>
          </w:tcPr>
          <w:p>
            <w:r>
              <w:t>Strong sentiment (0.53) and genuine rapport (50th anniversary line), but 0.463 conversion is below mid-pack and she repeatedly offers customers 'time to think' instead of asking for the booking on clear buying signals. Ranks below Hillary due to lower conversion, above Karen because she at least handles supplier relationships proactively.</w:t>
            </w:r>
          </w:p>
        </w:tc>
      </w:tr>
      <w:tr>
        <w:tc>
          <w:tcPr>
            <w:tcW w:type="dxa" w:w="2160"/>
          </w:tcPr>
          <w:p>
            <w:r>
              <w:t>19</w:t>
            </w:r>
          </w:p>
        </w:tc>
        <w:tc>
          <w:tcPr>
            <w:tcW w:type="dxa" w:w="2160"/>
          </w:tcPr>
          <w:p>
            <w:r>
              <w:t>Karen Vleeshouwer</w:t>
            </w:r>
          </w:p>
        </w:tc>
        <w:tc>
          <w:tcPr>
            <w:tcW w:type="dxa" w:w="2160"/>
          </w:tcPr>
          <w:p>
            <w:r>
              <w:t>44.5</w:t>
            </w:r>
          </w:p>
        </w:tc>
        <w:tc>
          <w:tcPr>
            <w:tcW w:type="dxa" w:w="2160"/>
          </w:tcPr>
          <w:p>
            <w:r>
              <w:t>Exceptional warmth and client retention but transcripts show zero discovery, zero urgency, and authority-eroding self-narration ('I'm not sure if they're gonna penalize you'). 0.479 conversion is mid-pack on high volume. Ranks below Rachael because Karen shows even less selling motion, above Kendahl due to higher conversion.</w:t>
            </w:r>
          </w:p>
        </w:tc>
      </w:tr>
      <w:tr>
        <w:tc>
          <w:tcPr>
            <w:tcW w:type="dxa" w:w="2160"/>
          </w:tcPr>
          <w:p>
            <w:r>
              <w:t>20</w:t>
            </w:r>
          </w:p>
        </w:tc>
        <w:tc>
          <w:tcPr>
            <w:tcW w:type="dxa" w:w="2160"/>
          </w:tcPr>
          <w:p>
            <w:r>
              <w:t>Kendahl Isbell</w:t>
            </w:r>
          </w:p>
        </w:tc>
        <w:tc>
          <w:tcPr>
            <w:tcW w:type="dxa" w:w="2160"/>
          </w:tcPr>
          <w:p>
            <w:r>
              <w:t>44.4</w:t>
            </w:r>
          </w:p>
        </w:tc>
        <w:tc>
          <w:tcPr>
            <w:tcW w:type="dxa" w:w="2160"/>
          </w:tcPr>
          <w:p>
            <w:r>
              <w:t>Disarming transparency ('best of the best is Tauck') is a genuine selling asset, but rambling process-focused speech that centers her workload over the customer's trip drags her down. 0.472 conversion. Ranks below Karen on raw composite, above Lauren Johnson because Kendahl's candid recommendations actually steer customers.</w:t>
            </w:r>
          </w:p>
        </w:tc>
      </w:tr>
      <w:tr>
        <w:tc>
          <w:tcPr>
            <w:tcW w:type="dxa" w:w="2160"/>
          </w:tcPr>
          <w:p>
            <w:r>
              <w:t>21</w:t>
            </w:r>
          </w:p>
        </w:tc>
        <w:tc>
          <w:tcPr>
            <w:tcW w:type="dxa" w:w="2160"/>
          </w:tcPr>
          <w:p>
            <w:r>
              <w:t>Lauren Johnson</w:t>
            </w:r>
          </w:p>
        </w:tc>
        <w:tc>
          <w:tcPr>
            <w:tcW w:type="dxa" w:w="2160"/>
          </w:tcPr>
          <w:p>
            <w:r>
              <w:t>43.3</w:t>
            </w:r>
          </w:p>
        </w:tc>
        <w:tc>
          <w:tcPr>
            <w:tcW w:type="dxa" w:w="2160"/>
          </w:tcPr>
          <w:p>
            <w:r>
              <w:t>Consistent, professional openers and clear logistics explanations (multi-cabin confirmation disambiguation) but 0.454 conversion is well below team mid-pack, with minimal discovery and zero urgency creation on researching prospects. Ranks below Kendahl due to weaker selling instinct, above Heather because of much higher call volume and polish.</w:t>
            </w:r>
          </w:p>
        </w:tc>
      </w:tr>
      <w:tr>
        <w:tc>
          <w:tcPr>
            <w:tcW w:type="dxa" w:w="2160"/>
          </w:tcPr>
          <w:p>
            <w:r>
              <w:t>22</w:t>
            </w:r>
          </w:p>
        </w:tc>
        <w:tc>
          <w:tcPr>
            <w:tcW w:type="dxa" w:w="2160"/>
          </w:tcPr>
          <w:p>
            <w:r>
              <w:t>Heather Baca</w:t>
            </w:r>
          </w:p>
        </w:tc>
        <w:tc>
          <w:tcPr>
            <w:tcW w:type="dxa" w:w="2160"/>
          </w:tcPr>
          <w:p>
            <w:r>
              <w:t>41.1</w:t>
            </w:r>
          </w:p>
        </w:tc>
        <w:tc>
          <w:tcPr>
            <w:tcW w:type="dxa" w:w="2160"/>
          </w:tcPr>
          <w:p>
            <w:r>
              <w:t>0.418 conversion on tiny volume (263 calls) with a clear pattern of letting ready-to-book customers walk away to 'think about it' without anchoring deposits. Misses discovery on clear buying signals (Paul's 'tell me what you do'). Ranks below Lauren Johnson on volume and polish, above Andrea because Heather's sentiment is slightly higher.</w:t>
            </w:r>
          </w:p>
        </w:tc>
      </w:tr>
      <w:tr>
        <w:tc>
          <w:tcPr>
            <w:tcW w:type="dxa" w:w="2160"/>
          </w:tcPr>
          <w:p>
            <w:r>
              <w:t>23</w:t>
            </w:r>
          </w:p>
        </w:tc>
        <w:tc>
          <w:tcPr>
            <w:tcW w:type="dxa" w:w="2160"/>
          </w:tcPr>
          <w:p>
            <w:r>
              <w:t>Andrea Zacarias</w:t>
            </w:r>
          </w:p>
        </w:tc>
        <w:tc>
          <w:tcPr>
            <w:tcW w:type="dxa" w:w="2160"/>
          </w:tcPr>
          <w:p>
            <w:r>
              <w:t>40.3</w:t>
            </w:r>
          </w:p>
        </w:tc>
        <w:tc>
          <w:tcPr>
            <w:tcW w:type="dxa" w:w="2160"/>
          </w:tcPr>
          <w:p>
            <w:r>
              <w:t>Clear, repeatable cashback value framing is her one real selling asset, but 0.408 conversion and circular delivery under pressure ('percentage of the cashback based on just like off of a percentage') drag her down. Rarely asks for the booking even on ready signals. Ranks above Nick only because her value prop is more articulated.</w:t>
            </w:r>
          </w:p>
        </w:tc>
      </w:tr>
      <w:tr>
        <w:tc>
          <w:tcPr>
            <w:tcW w:type="dxa" w:w="2160"/>
          </w:tcPr>
          <w:p>
            <w:r>
              <w:t>24</w:t>
            </w:r>
          </w:p>
        </w:tc>
        <w:tc>
          <w:tcPr>
            <w:tcW w:type="dxa" w:w="2160"/>
          </w:tcPr>
          <w:p>
            <w:r>
              <w:t>Nick Bazzoni</w:t>
            </w:r>
          </w:p>
        </w:tc>
        <w:tc>
          <w:tcPr>
            <w:tcW w:type="dxa" w:w="2160"/>
          </w:tcPr>
          <w:p>
            <w:r>
              <w:t>38.1</w:t>
            </w:r>
          </w:p>
        </w:tc>
        <w:tc>
          <w:tcPr>
            <w:tcW w:type="dxa" w:w="2160"/>
          </w:tcPr>
          <w:p>
            <w:r>
              <w:t>Lowest composite (38.1), lowest sentiment (0.36), and 0.382 conversion with transcripts dominated by passive 'Mm-hmm' stacks and customer-driven agendas. One bright spot is clean urgency framing on the Levinson call ('current pricing hold only valid through today'), but it's not enough to lift him out of last place — selling motion is the weakest in the cohort.</w:t>
            </w:r>
          </w:p>
        </w:tc>
      </w:tr>
    </w:tbl>
    <w:p>
      <w:pPr>
        <w:pStyle w:val="Heading1"/>
      </w:pPr>
      <w:r>
        <w:t>Detailed Rationale</w:t>
      </w:r>
    </w:p>
    <w:p>
      <w:pPr>
        <w:pStyle w:val="Heading2"/>
      </w:pPr>
      <w:r>
        <w:t>#1 — Annette C De Baca (score 53.0)</w:t>
      </w:r>
    </w:p>
    <w:p>
      <w:r>
        <w:t>Highest composite score (53.0) with team-leading conversion proxy (0.605) and sentiment (0.58). Even in retirement wind-down mode, her warmth with repeat clients and ability to close warm demand efficiently is unmatched. Edges out Lauren R because of stronger raw conversion and sentiment numbers.</w:t>
      </w:r>
    </w:p>
    <w:p>
      <w:pPr>
        <w:pStyle w:val="Heading2"/>
      </w:pPr>
      <w:r>
        <w:t>#2 — Lauren Riesenberger (score 52.4)</w:t>
      </w:r>
    </w:p>
    <w:p>
      <w:r>
        <w:t>Strong 0.598 conversion and 0.56 sentiment indicate clients deeply trust her and repeat. Shows real product knowledge (Viking cabin tiering explanation) that Annette lacks crispness on. Ranks below Annette only because she rarely creates urgency or upsells, and below Fia because Fia shows stronger consultative authority.</w:t>
      </w:r>
    </w:p>
    <w:p>
      <w:pPr>
        <w:pStyle w:val="Heading2"/>
      </w:pPr>
      <w:r>
        <w:t>#3 — Fia Bauer (score 50.5)</w:t>
      </w:r>
    </w:p>
    <w:p>
      <w:r>
        <w:t>Best consultative product authority on the team — her direct comparisons (MSC vs Silversea/Seabourn) visibly move customers. High sentiment (0.57) and solid conversion (0.563) back this up. Ranks below Lauren R on raw conversion but above Tracey/Dianne because her selling language is more authoritative and value-framed.</w:t>
      </w:r>
    </w:p>
    <w:p>
      <w:pPr>
        <w:pStyle w:val="Heading2"/>
      </w:pPr>
      <w:r>
        <w:t>#4 — Tracey Radler (score 50.4)</w:t>
      </w:r>
    </w:p>
    <w:p>
      <w:r>
        <w:t>Solid 0.567 conversion and 0.54 sentiment with demonstrated urgency plays (the promo-ending close). Strong rapport with repeat clients but fragments at decision points and hands control back. Ranks just above Dianne because her urgency framing is more deliberate, below Fia because she lacks Fia's product authority.</w:t>
      </w:r>
    </w:p>
    <w:p>
      <w:pPr>
        <w:pStyle w:val="Heading2"/>
      </w:pPr>
      <w:r>
        <w:t>#5 — Dianne Kincaid (score 50.4)</w:t>
      </w:r>
    </w:p>
    <w:p>
      <w:r>
        <w:t>Tied composite with Tracey but with stronger sentiment (0.56) and slightly weaker conversion (0.562). Genuinely consultative on cabin specifics (Regent door/creak detail) — real expertise that builds trust. Ranks below Tracey because she rarely drives toward commitment and her value pitch gets buried in rambling.</w:t>
      </w:r>
    </w:p>
    <w:p>
      <w:pPr>
        <w:pStyle w:val="Heading2"/>
      </w:pPr>
      <w:r>
        <w:t>#6 — Rose Morrissey (score 50.2)</w:t>
      </w:r>
    </w:p>
    <w:p>
      <w:r>
        <w:t>Highest conversion proxy on this tier (0.58) across enormous volume (2,747 calls), proving she works a warm book effectively. However, transcripts show disorganized, apologetic delivery and zero discovery — pure booking processor. Volume-adjusted she's a top performer, but selling behavior is thin so she sits below Dianne who shows real consultative skill.</w:t>
      </w:r>
    </w:p>
    <w:p>
      <w:pPr>
        <w:pStyle w:val="Heading2"/>
      </w:pPr>
      <w:r>
        <w:t>#7 — Mandy Mac Mullin (score 49.2)</w:t>
      </w:r>
    </w:p>
    <w:p>
      <w:r>
        <w:t>Strong 0.551 conversion and 0.51 sentiment with confident, validating language that handles high-value repeat clients well. Ranks below Rose because of lower conversion, above Taylor because her account management on high-ticket bookings is more polished even if discovery is absent.</w:t>
      </w:r>
    </w:p>
    <w:p>
      <w:pPr>
        <w:pStyle w:val="Heading2"/>
      </w:pPr>
      <w:r>
        <w:t>#8 — Taylor Bazzoni (score 49.3)</w:t>
      </w:r>
    </w:p>
    <w:p>
      <w:r>
        <w:t>Slightly higher composite than Mandy but ranks just below due to a documented habit of deferring closes to 'tomorrow' or 'Friday' instead of asking when buyers are ready. Her first-person product endorsements and scarcity framing (Tauck solo spot) are real selling assets that lift her above Donna.</w:t>
      </w:r>
    </w:p>
    <w:p>
      <w:pPr>
        <w:pStyle w:val="Heading2"/>
      </w:pPr>
      <w:r>
        <w:t>#9 — Donna Fontenot (score 48.6)</w:t>
      </w:r>
    </w:p>
    <w:p>
      <w:r>
        <w:t>Solid 0.545 conversion driven by warm referrals and one demonstrated high-ticket close ($110K Regent deposit). However, she lets buyers walk to 'talk to my husband' without securing next steps and surrenders quickly on pricing — softer close discipline than Taylor. Ranks above Pam because she at least shepherds high-ticket deals competently.</w:t>
      </w:r>
    </w:p>
    <w:p>
      <w:pPr>
        <w:pStyle w:val="Heading2"/>
      </w:pPr>
      <w:r>
        <w:t>#10 — Pam Chavez (score 48.5)</w:t>
      </w:r>
    </w:p>
    <w:p>
      <w:r>
        <w:t>Decent 0.548 conversion across high volume but transcripts show pure service/fulfillment — zero discovery, scattered delivery, fumbled high-dollar price recaps. Ranks below Donna because Donna at least demonstrates one clean high-ticket close, above Stephanie because Pam's volume and conversion are materially higher.</w:t>
      </w:r>
    </w:p>
    <w:p>
      <w:pPr>
        <w:pStyle w:val="Heading2"/>
      </w:pPr>
      <w:r>
        <w:t>#11 — Stephanie Potter (score 48.5)</w:t>
      </w:r>
    </w:p>
    <w:p>
      <w:r>
        <w:t>Strong sentiment (0.54) and demonstrated textbook urgency framing ('cruise on hold on the other line') that actually worked. Small sample (352 calls) and transcripts skew heavily to service recovery, not net-new selling. Ranks below Pam due to volume disadvantage, above Victoria because of more demonstrably deliberate close mechanics.</w:t>
      </w:r>
    </w:p>
    <w:p>
      <w:pPr>
        <w:pStyle w:val="Heading2"/>
      </w:pPr>
      <w:r>
        <w:t>#12 — Victoria Hill (score 48.3)</w:t>
      </w:r>
    </w:p>
    <w:p>
      <w:r>
        <w:t>Polished, consistent opener and strong sentiment (0.53) with above-average conversion (0.53). Pure order-taker behavior — rarely creates urgency or presents options. Sits below Stephanie because Stephanie shows more deliberate close technique, above Susan because Victoria's professionalism and consistency are more developed.</w:t>
      </w:r>
    </w:p>
    <w:p>
      <w:pPr>
        <w:pStyle w:val="Heading2"/>
      </w:pPr>
      <w:r>
        <w:t>#13 — Susan Bender (score 48.0)</w:t>
      </w:r>
    </w:p>
    <w:p>
      <w:r>
        <w:t>Above-average 0.527 conversion and clear rebate pitch ('ten percent of commission... nice chunk of money') when on track. Undermines herself by venting workload to prospects and rarely asks for the sale. Ranks below Victoria due to less polish, above Shari because she at least has a repeatable value pitch.</w:t>
      </w:r>
    </w:p>
    <w:p>
      <w:pPr>
        <w:pStyle w:val="Heading2"/>
      </w:pPr>
      <w:r>
        <w:t>#14 — Shari Bazzoni (score 47.9)</w:t>
      </w:r>
    </w:p>
    <w:p>
      <w:r>
        <w:t>Disciplined verbatim referral/loyalty ask on nearly every call is good habit but feels scripted, and she narrates internal process to customers. 0.526 conversion is solid on lower volume (997 calls). Ranks below Susan because Susan has a more substantive value pitch, above Melissa because Shari doesn't undermine authority with workload complaints.</w:t>
      </w:r>
    </w:p>
    <w:p>
      <w:pPr>
        <w:pStyle w:val="Heading2"/>
      </w:pPr>
      <w:r>
        <w:t>#15 — Melissa Pool (score 46.5)</w:t>
      </w:r>
    </w:p>
    <w:p>
      <w:r>
        <w:t>0.52 conversion is decent but sentiment (0.43) is notably weaker than peers, and transcripts show repeated authority-eroding admissions ('I'm just so slammed,' 'too many things open') to ready-to-book customers. Ranks below Shari due to weaker sentiment and self-sabotaging language, above Lee because Melissa at least shows warmth that retains clients.</w:t>
      </w:r>
    </w:p>
    <w:p>
      <w:pPr>
        <w:pStyle w:val="Heading2"/>
      </w:pPr>
      <w:r>
        <w:t>#16 — Lee Alvarez (score 45.7)</w:t>
      </w:r>
    </w:p>
    <w:p>
      <w:r>
        <w:t>0.492 conversion and warm tone that retains trust, with one strong handoff save (Betsy/Lauren). Heavily operational language, fumbles product details ('salt free sugar free low cause left draw'), no upsell instinct. Ranks below Melissa on composite but close, above Hillary because Lee at least executes payment closes cleanly.</w:t>
      </w:r>
    </w:p>
    <w:p>
      <w:pPr>
        <w:pStyle w:val="Heading2"/>
      </w:pPr>
      <w:r>
        <w:t>#17 — Hillary Cruz (score 45.5)</w:t>
      </w:r>
    </w:p>
    <w:p>
      <w:r>
        <w:t>Strong relationship retention (Leslie repeatedly calls direct) but 0.486 conversion and muddled number delivery on a $26K decision is a real liability. Ranks below Lee because Lee's transactional execution is cleaner, above Rachael because Hillary at least handles complex supplier escalations competently.</w:t>
      </w:r>
    </w:p>
    <w:p>
      <w:pPr>
        <w:pStyle w:val="Heading2"/>
      </w:pPr>
      <w:r>
        <w:t>#18 — Rachael Taylor (score 44.6)</w:t>
      </w:r>
    </w:p>
    <w:p>
      <w:r>
        <w:t>Strong sentiment (0.53) and genuine rapport (50th anniversary line), but 0.463 conversion is below mid-pack and she repeatedly offers customers 'time to think' instead of asking for the booking on clear buying signals. Ranks below Hillary due to lower conversion, above Karen because she at least handles supplier relationships proactively.</w:t>
      </w:r>
    </w:p>
    <w:p>
      <w:pPr>
        <w:pStyle w:val="Heading2"/>
      </w:pPr>
      <w:r>
        <w:t>#19 — Karen Vleeshouwer (score 44.5)</w:t>
      </w:r>
    </w:p>
    <w:p>
      <w:r>
        <w:t>Exceptional warmth and client retention but transcripts show zero discovery, zero urgency, and authority-eroding self-narration ('I'm not sure if they're gonna penalize you'). 0.479 conversion is mid-pack on high volume. Ranks below Rachael because Karen shows even less selling motion, above Kendahl due to higher conversion.</w:t>
      </w:r>
    </w:p>
    <w:p>
      <w:pPr>
        <w:pStyle w:val="Heading2"/>
      </w:pPr>
      <w:r>
        <w:t>#20 — Kendahl Isbell (score 44.4)</w:t>
      </w:r>
    </w:p>
    <w:p>
      <w:r>
        <w:t>Disarming transparency ('best of the best is Tauck') is a genuine selling asset, but rambling process-focused speech that centers her workload over the customer's trip drags her down. 0.472 conversion. Ranks below Karen on raw composite, above Lauren Johnson because Kendahl's candid recommendations actually steer customers.</w:t>
      </w:r>
    </w:p>
    <w:p>
      <w:pPr>
        <w:pStyle w:val="Heading2"/>
      </w:pPr>
      <w:r>
        <w:t>#21 — Lauren Johnson (score 43.3)</w:t>
      </w:r>
    </w:p>
    <w:p>
      <w:r>
        <w:t>Consistent, professional openers and clear logistics explanations (multi-cabin confirmation disambiguation) but 0.454 conversion is well below team mid-pack, with minimal discovery and zero urgency creation on researching prospects. Ranks below Kendahl due to weaker selling instinct, above Heather because of much higher call volume and polish.</w:t>
      </w:r>
    </w:p>
    <w:p>
      <w:pPr>
        <w:pStyle w:val="Heading2"/>
      </w:pPr>
      <w:r>
        <w:t>#22 — Heather Baca (score 41.1)</w:t>
      </w:r>
    </w:p>
    <w:p>
      <w:r>
        <w:t>0.418 conversion on tiny volume (263 calls) with a clear pattern of letting ready-to-book customers walk away to 'think about it' without anchoring deposits. Misses discovery on clear buying signals (Paul's 'tell me what you do'). Ranks below Lauren Johnson on volume and polish, above Andrea because Heather's sentiment is slightly higher.</w:t>
      </w:r>
    </w:p>
    <w:p>
      <w:pPr>
        <w:pStyle w:val="Heading2"/>
      </w:pPr>
      <w:r>
        <w:t>#23 — Andrea Zacarias (score 40.3)</w:t>
      </w:r>
    </w:p>
    <w:p>
      <w:r>
        <w:t>Clear, repeatable cashback value framing is her one real selling asset, but 0.408 conversion and circular delivery under pressure ('percentage of the cashback based on just like off of a percentage') drag her down. Rarely asks for the booking even on ready signals. Ranks above Nick only because her value prop is more articulated.</w:t>
      </w:r>
    </w:p>
    <w:p>
      <w:pPr>
        <w:pStyle w:val="Heading2"/>
      </w:pPr>
      <w:r>
        <w:t>#24 — Nick Bazzoni (score 38.1)</w:t>
      </w:r>
    </w:p>
    <w:p>
      <w:r>
        <w:t>Lowest composite (38.1), lowest sentiment (0.36), and 0.382 conversion with transcripts dominated by passive 'Mm-hmm' stacks and customer-driven agendas. One bright spot is clean urgency framing on the Levinson call ('current pricing hold only valid through today'), but it's not enough to lift him out of last place — selling motion is the weakest in the cohort.</w:t>
      </w:r>
    </w:p>
    <w:p>
      <w:r>
        <w:rPr>
          <w:i/>
          <w:color w:val="808080"/>
          <w:sz w:val="18"/>
        </w:rPr>
        <w:t>Internal leadership document. Source: Dialpad call transcripts analyzed by Claude.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